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E644C" w14:textId="77777777" w:rsidR="00073206" w:rsidRDefault="00000000">
      <w:pPr>
        <w:pStyle w:val="Ttulo"/>
      </w:pPr>
      <w:r>
        <w:t>Formulário de inscrição desportiva</w:t>
      </w:r>
    </w:p>
    <w:p w14:paraId="4C7AAE38" w14:textId="597F6DEB" w:rsidR="00073206" w:rsidRDefault="00933DEC">
      <w:pPr>
        <w:spacing w:after="120"/>
      </w:pPr>
      <w:r>
        <w:rPr>
          <w:b/>
          <w:sz w:val="22"/>
        </w:rPr>
        <w:t>20 Aniversário da Universidade de Cabo Verde</w:t>
      </w:r>
    </w:p>
    <w:p w14:paraId="197A88DE" w14:textId="4BA40EE1" w:rsidR="00073206" w:rsidRDefault="00000000" w:rsidP="00933DEC">
      <w:pPr>
        <w:spacing w:after="40" w:line="360" w:lineRule="auto"/>
      </w:pPr>
      <w:r>
        <w:t xml:space="preserve">Competições: </w:t>
      </w:r>
      <w:r w:rsidR="008C04FD">
        <w:t>4</w:t>
      </w:r>
      <w:r>
        <w:t xml:space="preserve"> a 20 de novembro de 2026</w:t>
      </w:r>
    </w:p>
    <w:p w14:paraId="0CE15D0E" w14:textId="08A8A352" w:rsidR="00073206" w:rsidRDefault="00000000" w:rsidP="00933DEC">
      <w:pPr>
        <w:spacing w:after="120" w:line="360" w:lineRule="auto"/>
      </w:pPr>
      <w:r>
        <w:rPr>
          <w:b/>
        </w:rPr>
        <w:t>Inscrições até 30 de outubro de 2026 na ACAD do respetivo polo.</w:t>
      </w:r>
    </w:p>
    <w:p w14:paraId="3CBBA29A" w14:textId="77777777" w:rsidR="00073206" w:rsidRDefault="00000000" w:rsidP="00933DEC">
      <w:pPr>
        <w:spacing w:line="360" w:lineRule="auto"/>
      </w:pPr>
      <w:r>
        <w:t>Destina-se a equipas de estudantes, docentes e pessoal não docente. Preencha um formulário por equipa, modalidade e categoria.</w:t>
      </w:r>
    </w:p>
    <w:p w14:paraId="0559B07C" w14:textId="77777777" w:rsidR="00073206" w:rsidRDefault="00000000" w:rsidP="00933DEC">
      <w:pPr>
        <w:pStyle w:val="Ttulo1"/>
        <w:spacing w:line="360" w:lineRule="auto"/>
      </w:pPr>
      <w:r>
        <w:t>1 Identificação da equipa</w:t>
      </w:r>
    </w:p>
    <w:p w14:paraId="5CD443E9" w14:textId="77777777" w:rsidR="00073206" w:rsidRDefault="00000000" w:rsidP="00933DEC">
      <w:pPr>
        <w:spacing w:line="360" w:lineRule="auto"/>
      </w:pPr>
      <w:r>
        <w:t>Nome da equipa: ____________________________________________________________</w:t>
      </w:r>
    </w:p>
    <w:p w14:paraId="563E2AB1" w14:textId="77777777" w:rsidR="00073206" w:rsidRDefault="00000000" w:rsidP="00933DEC">
      <w:pPr>
        <w:spacing w:line="360" w:lineRule="auto"/>
      </w:pPr>
      <w:r>
        <w:t>Unidade Orgânica ou serviço: __________________________________________________</w:t>
      </w:r>
    </w:p>
    <w:p w14:paraId="29F8BB78" w14:textId="77777777" w:rsidR="00073206" w:rsidRDefault="00000000" w:rsidP="00933DEC">
      <w:pPr>
        <w:spacing w:line="360" w:lineRule="auto"/>
      </w:pPr>
      <w:r>
        <w:rPr>
          <w:sz w:val="19"/>
        </w:rPr>
        <w:t>Assinale um polo e uma modalidade disponível nesse polo.</w:t>
      </w:r>
    </w:p>
    <w:tbl>
      <w:tblPr>
        <w:tblW w:w="5000" w:type="pct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CellMar>
          <w:top w:w="55" w:type="dxa"/>
          <w:left w:w="80" w:type="dxa"/>
          <w:bottom w:w="55" w:type="dxa"/>
          <w:right w:w="80" w:type="dxa"/>
        </w:tblCellMar>
        <w:tblLook w:val="04A0" w:firstRow="1" w:lastRow="0" w:firstColumn="1" w:lastColumn="0" w:noHBand="0" w:noVBand="1"/>
      </w:tblPr>
      <w:tblGrid>
        <w:gridCol w:w="4247"/>
        <w:gridCol w:w="4247"/>
      </w:tblGrid>
      <w:tr w:rsidR="00073206" w14:paraId="15226AD7" w14:textId="77777777" w:rsidTr="008C04FD">
        <w:trPr>
          <w:tblHeader/>
          <w:jc w:val="center"/>
        </w:trPr>
        <w:tc>
          <w:tcPr>
            <w:tcW w:w="2500" w:type="pct"/>
            <w:shd w:val="clear" w:color="auto" w:fill="EAF0F4"/>
            <w:vAlign w:val="center"/>
          </w:tcPr>
          <w:p w14:paraId="463CA50A" w14:textId="77777777" w:rsidR="00073206" w:rsidRDefault="00000000" w:rsidP="00933DEC">
            <w:pPr>
              <w:spacing w:after="0" w:line="360" w:lineRule="auto"/>
            </w:pPr>
            <w:r>
              <w:rPr>
                <w:b/>
                <w:sz w:val="19"/>
              </w:rPr>
              <w:t>Polo</w:t>
            </w:r>
          </w:p>
        </w:tc>
        <w:tc>
          <w:tcPr>
            <w:tcW w:w="2500" w:type="pct"/>
            <w:shd w:val="clear" w:color="auto" w:fill="EAF0F4"/>
            <w:vAlign w:val="center"/>
          </w:tcPr>
          <w:p w14:paraId="1F943E30" w14:textId="77777777" w:rsidR="00073206" w:rsidRDefault="00000000" w:rsidP="00933DEC">
            <w:pPr>
              <w:spacing w:after="0" w:line="360" w:lineRule="auto"/>
            </w:pPr>
            <w:r>
              <w:rPr>
                <w:b/>
                <w:sz w:val="19"/>
              </w:rPr>
              <w:t>Modalidade</w:t>
            </w:r>
          </w:p>
        </w:tc>
      </w:tr>
      <w:tr w:rsidR="00073206" w14:paraId="36F1D1F8" w14:textId="77777777" w:rsidTr="008C04FD">
        <w:trPr>
          <w:cantSplit/>
          <w:trHeight w:val="283"/>
          <w:jc w:val="center"/>
        </w:trPr>
        <w:tc>
          <w:tcPr>
            <w:tcW w:w="2500" w:type="pct"/>
            <w:vAlign w:val="center"/>
          </w:tcPr>
          <w:p w14:paraId="646984CF" w14:textId="77777777" w:rsidR="00073206" w:rsidRDefault="00000000" w:rsidP="00933DEC">
            <w:pPr>
              <w:spacing w:after="0" w:line="360" w:lineRule="auto"/>
            </w:pPr>
            <w:r>
              <w:rPr>
                <w:sz w:val="19"/>
              </w:rPr>
              <w:t>☐ Polo I — Praia</w:t>
            </w:r>
          </w:p>
        </w:tc>
        <w:tc>
          <w:tcPr>
            <w:tcW w:w="2500" w:type="pct"/>
            <w:vAlign w:val="center"/>
          </w:tcPr>
          <w:p w14:paraId="3F18D6B6" w14:textId="77777777" w:rsidR="00073206" w:rsidRDefault="00000000" w:rsidP="00933DEC">
            <w:pPr>
              <w:spacing w:after="0" w:line="360" w:lineRule="auto"/>
            </w:pPr>
            <w:r>
              <w:rPr>
                <w:sz w:val="19"/>
              </w:rPr>
              <w:t>☐ Futsal     ☐ Andebol</w:t>
            </w:r>
          </w:p>
        </w:tc>
      </w:tr>
      <w:tr w:rsidR="00073206" w14:paraId="3B8AD905" w14:textId="77777777" w:rsidTr="008C04FD">
        <w:trPr>
          <w:cantSplit/>
          <w:trHeight w:val="283"/>
          <w:jc w:val="center"/>
        </w:trPr>
        <w:tc>
          <w:tcPr>
            <w:tcW w:w="2500" w:type="pct"/>
            <w:vAlign w:val="center"/>
          </w:tcPr>
          <w:p w14:paraId="7610E65D" w14:textId="77777777" w:rsidR="00073206" w:rsidRDefault="00000000" w:rsidP="00933DEC">
            <w:pPr>
              <w:spacing w:after="0" w:line="360" w:lineRule="auto"/>
            </w:pPr>
            <w:r>
              <w:rPr>
                <w:sz w:val="19"/>
              </w:rPr>
              <w:t>☐ Polo II — São Vicente</w:t>
            </w:r>
          </w:p>
        </w:tc>
        <w:tc>
          <w:tcPr>
            <w:tcW w:w="2500" w:type="pct"/>
            <w:vAlign w:val="center"/>
          </w:tcPr>
          <w:p w14:paraId="016284BC" w14:textId="77777777" w:rsidR="00073206" w:rsidRDefault="00000000" w:rsidP="00933DEC">
            <w:pPr>
              <w:spacing w:after="0" w:line="360" w:lineRule="auto"/>
            </w:pPr>
            <w:r>
              <w:rPr>
                <w:sz w:val="19"/>
              </w:rPr>
              <w:t>☐ Futsal     ☐ Voleibol</w:t>
            </w:r>
          </w:p>
        </w:tc>
      </w:tr>
      <w:tr w:rsidR="00073206" w14:paraId="321DC8E0" w14:textId="77777777" w:rsidTr="008C04FD">
        <w:trPr>
          <w:cantSplit/>
          <w:trHeight w:val="283"/>
          <w:jc w:val="center"/>
        </w:trPr>
        <w:tc>
          <w:tcPr>
            <w:tcW w:w="2500" w:type="pct"/>
            <w:vAlign w:val="center"/>
          </w:tcPr>
          <w:p w14:paraId="58B45B8C" w14:textId="77777777" w:rsidR="00073206" w:rsidRDefault="00000000" w:rsidP="00933DEC">
            <w:pPr>
              <w:spacing w:after="0" w:line="360" w:lineRule="auto"/>
            </w:pPr>
            <w:r>
              <w:rPr>
                <w:sz w:val="19"/>
              </w:rPr>
              <w:t>☐ Polo III — Assomada</w:t>
            </w:r>
          </w:p>
        </w:tc>
        <w:tc>
          <w:tcPr>
            <w:tcW w:w="2500" w:type="pct"/>
            <w:vAlign w:val="center"/>
          </w:tcPr>
          <w:p w14:paraId="1A290126" w14:textId="77777777" w:rsidR="00073206" w:rsidRDefault="00000000" w:rsidP="00933DEC">
            <w:pPr>
              <w:spacing w:after="0" w:line="360" w:lineRule="auto"/>
            </w:pPr>
            <w:r>
              <w:rPr>
                <w:sz w:val="19"/>
              </w:rPr>
              <w:t>☐ Futsal     ☐ Andebol</w:t>
            </w:r>
          </w:p>
        </w:tc>
      </w:tr>
    </w:tbl>
    <w:p w14:paraId="3BB00A73" w14:textId="77777777" w:rsidR="00073206" w:rsidRDefault="00000000" w:rsidP="00933DEC">
      <w:pPr>
        <w:spacing w:before="100" w:after="60" w:line="360" w:lineRule="auto"/>
      </w:pPr>
      <w:r>
        <w:t>Categoria (assinale uma opção):    ☐ Feminina    ☐ Masculina</w:t>
      </w:r>
    </w:p>
    <w:p w14:paraId="6B8DA5C8" w14:textId="77777777" w:rsidR="00073206" w:rsidRDefault="00000000" w:rsidP="00933DEC">
      <w:pPr>
        <w:pStyle w:val="Ttulo1"/>
        <w:spacing w:line="360" w:lineRule="auto"/>
      </w:pPr>
      <w:r>
        <w:t>2 Responsável pela equipa</w:t>
      </w:r>
    </w:p>
    <w:p w14:paraId="341DD8DA" w14:textId="77777777" w:rsidR="00073206" w:rsidRDefault="00000000" w:rsidP="00933DEC">
      <w:pPr>
        <w:spacing w:line="360" w:lineRule="auto"/>
      </w:pPr>
      <w:r>
        <w:t>Nome completo: ______________________________________________________________</w:t>
      </w:r>
    </w:p>
    <w:p w14:paraId="7814EBF3" w14:textId="77777777" w:rsidR="00073206" w:rsidRDefault="00000000" w:rsidP="00933DEC">
      <w:pPr>
        <w:spacing w:line="360" w:lineRule="auto"/>
      </w:pPr>
      <w:r>
        <w:t>Telefone: ___________________  Email: __________________________________________</w:t>
      </w:r>
    </w:p>
    <w:p w14:paraId="55ACB16D" w14:textId="77777777" w:rsidR="00073206" w:rsidRDefault="00000000" w:rsidP="00933DEC">
      <w:pPr>
        <w:pStyle w:val="Ttulo1"/>
        <w:spacing w:line="360" w:lineRule="auto"/>
      </w:pPr>
      <w:r>
        <w:t>3 Lista de participantes</w:t>
      </w:r>
    </w:p>
    <w:p w14:paraId="5D1F8F04" w14:textId="77777777" w:rsidR="00073206" w:rsidRDefault="00000000" w:rsidP="00933DEC">
      <w:pPr>
        <w:spacing w:line="360" w:lineRule="auto"/>
      </w:pPr>
      <w:r>
        <w:rPr>
          <w:sz w:val="19"/>
        </w:rPr>
        <w:t>Indique o vínculo de cada participante: estudante, docente ou pessoal não docente.</w:t>
      </w:r>
    </w:p>
    <w:tbl>
      <w:tblPr>
        <w:tblW w:w="5000" w:type="pct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CellMar>
          <w:top w:w="55" w:type="dxa"/>
          <w:left w:w="80" w:type="dxa"/>
          <w:bottom w:w="55" w:type="dxa"/>
          <w:right w:w="80" w:type="dxa"/>
        </w:tblCellMar>
        <w:tblLook w:val="04A0" w:firstRow="1" w:lastRow="0" w:firstColumn="1" w:lastColumn="0" w:noHBand="0" w:noVBand="1"/>
      </w:tblPr>
      <w:tblGrid>
        <w:gridCol w:w="420"/>
        <w:gridCol w:w="5453"/>
        <w:gridCol w:w="2621"/>
      </w:tblGrid>
      <w:tr w:rsidR="00073206" w14:paraId="03EA99A6" w14:textId="77777777" w:rsidTr="008C04FD">
        <w:trPr>
          <w:tblHeader/>
          <w:jc w:val="center"/>
        </w:trPr>
        <w:tc>
          <w:tcPr>
            <w:tcW w:w="230" w:type="pct"/>
            <w:shd w:val="clear" w:color="auto" w:fill="EAF0F4"/>
            <w:vAlign w:val="center"/>
          </w:tcPr>
          <w:p w14:paraId="1EBE864A" w14:textId="77777777" w:rsidR="00073206" w:rsidRDefault="00000000" w:rsidP="00933DEC">
            <w:pPr>
              <w:spacing w:after="0" w:line="360" w:lineRule="auto"/>
            </w:pPr>
            <w:r>
              <w:rPr>
                <w:b/>
                <w:sz w:val="19"/>
              </w:rPr>
              <w:t>N.º</w:t>
            </w:r>
          </w:p>
        </w:tc>
        <w:tc>
          <w:tcPr>
            <w:tcW w:w="3218" w:type="pct"/>
            <w:shd w:val="clear" w:color="auto" w:fill="EAF0F4"/>
            <w:vAlign w:val="center"/>
          </w:tcPr>
          <w:p w14:paraId="0E3285B3" w14:textId="77777777" w:rsidR="00073206" w:rsidRDefault="00000000" w:rsidP="00933DEC">
            <w:pPr>
              <w:spacing w:after="0" w:line="360" w:lineRule="auto"/>
            </w:pPr>
            <w:r>
              <w:rPr>
                <w:b/>
                <w:sz w:val="19"/>
              </w:rPr>
              <w:t>Nome completo</w:t>
            </w:r>
          </w:p>
        </w:tc>
        <w:tc>
          <w:tcPr>
            <w:tcW w:w="1551" w:type="pct"/>
            <w:shd w:val="clear" w:color="auto" w:fill="EAF0F4"/>
            <w:vAlign w:val="center"/>
          </w:tcPr>
          <w:p w14:paraId="433FDC13" w14:textId="77777777" w:rsidR="00073206" w:rsidRDefault="00000000" w:rsidP="00933DEC">
            <w:pPr>
              <w:spacing w:after="0" w:line="360" w:lineRule="auto"/>
            </w:pPr>
            <w:r>
              <w:rPr>
                <w:b/>
                <w:sz w:val="19"/>
              </w:rPr>
              <w:t>Vínculo à Uni-CV</w:t>
            </w:r>
          </w:p>
        </w:tc>
      </w:tr>
      <w:tr w:rsidR="00073206" w14:paraId="7CC524B8" w14:textId="77777777" w:rsidTr="008C04FD">
        <w:trPr>
          <w:cantSplit/>
          <w:trHeight w:val="323"/>
          <w:jc w:val="center"/>
        </w:trPr>
        <w:tc>
          <w:tcPr>
            <w:tcW w:w="230" w:type="pct"/>
            <w:vAlign w:val="center"/>
          </w:tcPr>
          <w:p w14:paraId="5A15397D" w14:textId="77777777" w:rsidR="00073206" w:rsidRDefault="00000000" w:rsidP="00933DEC">
            <w:pPr>
              <w:spacing w:after="0" w:line="360" w:lineRule="auto"/>
            </w:pPr>
            <w:r>
              <w:rPr>
                <w:sz w:val="19"/>
              </w:rPr>
              <w:t>1</w:t>
            </w:r>
          </w:p>
        </w:tc>
        <w:tc>
          <w:tcPr>
            <w:tcW w:w="3218" w:type="pct"/>
            <w:vAlign w:val="center"/>
          </w:tcPr>
          <w:p w14:paraId="7B4B557C" w14:textId="77777777" w:rsidR="00073206" w:rsidRDefault="00073206" w:rsidP="00933DEC">
            <w:pPr>
              <w:spacing w:after="0" w:line="360" w:lineRule="auto"/>
            </w:pPr>
          </w:p>
        </w:tc>
        <w:tc>
          <w:tcPr>
            <w:tcW w:w="1551" w:type="pct"/>
            <w:vAlign w:val="center"/>
          </w:tcPr>
          <w:p w14:paraId="141B7787" w14:textId="77777777" w:rsidR="00073206" w:rsidRDefault="00073206" w:rsidP="00933DEC">
            <w:pPr>
              <w:spacing w:after="0" w:line="360" w:lineRule="auto"/>
            </w:pPr>
          </w:p>
        </w:tc>
      </w:tr>
      <w:tr w:rsidR="00073206" w14:paraId="7076B371" w14:textId="77777777" w:rsidTr="008C04FD">
        <w:trPr>
          <w:cantSplit/>
          <w:trHeight w:val="323"/>
          <w:jc w:val="center"/>
        </w:trPr>
        <w:tc>
          <w:tcPr>
            <w:tcW w:w="230" w:type="pct"/>
            <w:vAlign w:val="center"/>
          </w:tcPr>
          <w:p w14:paraId="321EAD44" w14:textId="77777777" w:rsidR="00073206" w:rsidRDefault="00000000" w:rsidP="00933DEC">
            <w:pPr>
              <w:spacing w:after="0" w:line="360" w:lineRule="auto"/>
            </w:pPr>
            <w:r>
              <w:rPr>
                <w:sz w:val="19"/>
              </w:rPr>
              <w:t>2</w:t>
            </w:r>
          </w:p>
        </w:tc>
        <w:tc>
          <w:tcPr>
            <w:tcW w:w="3218" w:type="pct"/>
            <w:vAlign w:val="center"/>
          </w:tcPr>
          <w:p w14:paraId="5DE9DE72" w14:textId="77777777" w:rsidR="00073206" w:rsidRDefault="00073206" w:rsidP="00933DEC">
            <w:pPr>
              <w:spacing w:after="0" w:line="360" w:lineRule="auto"/>
            </w:pPr>
          </w:p>
        </w:tc>
        <w:tc>
          <w:tcPr>
            <w:tcW w:w="1551" w:type="pct"/>
            <w:vAlign w:val="center"/>
          </w:tcPr>
          <w:p w14:paraId="7007A5F6" w14:textId="77777777" w:rsidR="00073206" w:rsidRDefault="00073206" w:rsidP="00933DEC">
            <w:pPr>
              <w:spacing w:after="0" w:line="360" w:lineRule="auto"/>
            </w:pPr>
          </w:p>
        </w:tc>
      </w:tr>
      <w:tr w:rsidR="00073206" w14:paraId="1BD1E06A" w14:textId="77777777" w:rsidTr="008C04FD">
        <w:trPr>
          <w:cantSplit/>
          <w:trHeight w:val="323"/>
          <w:jc w:val="center"/>
        </w:trPr>
        <w:tc>
          <w:tcPr>
            <w:tcW w:w="230" w:type="pct"/>
            <w:vAlign w:val="center"/>
          </w:tcPr>
          <w:p w14:paraId="14CEF79B" w14:textId="77777777" w:rsidR="00073206" w:rsidRDefault="00000000" w:rsidP="00933DEC">
            <w:pPr>
              <w:spacing w:after="0" w:line="360" w:lineRule="auto"/>
            </w:pPr>
            <w:r>
              <w:rPr>
                <w:sz w:val="19"/>
              </w:rPr>
              <w:t>3</w:t>
            </w:r>
          </w:p>
        </w:tc>
        <w:tc>
          <w:tcPr>
            <w:tcW w:w="3218" w:type="pct"/>
            <w:vAlign w:val="center"/>
          </w:tcPr>
          <w:p w14:paraId="62FDAB08" w14:textId="77777777" w:rsidR="00073206" w:rsidRDefault="00073206" w:rsidP="00933DEC">
            <w:pPr>
              <w:spacing w:after="0" w:line="360" w:lineRule="auto"/>
            </w:pPr>
          </w:p>
        </w:tc>
        <w:tc>
          <w:tcPr>
            <w:tcW w:w="1551" w:type="pct"/>
            <w:vAlign w:val="center"/>
          </w:tcPr>
          <w:p w14:paraId="389734D0" w14:textId="77777777" w:rsidR="00073206" w:rsidRDefault="00073206" w:rsidP="00933DEC">
            <w:pPr>
              <w:spacing w:after="0" w:line="360" w:lineRule="auto"/>
            </w:pPr>
          </w:p>
        </w:tc>
      </w:tr>
      <w:tr w:rsidR="00073206" w14:paraId="38975882" w14:textId="77777777" w:rsidTr="008C04FD">
        <w:trPr>
          <w:cantSplit/>
          <w:trHeight w:val="323"/>
          <w:jc w:val="center"/>
        </w:trPr>
        <w:tc>
          <w:tcPr>
            <w:tcW w:w="230" w:type="pct"/>
            <w:vAlign w:val="center"/>
          </w:tcPr>
          <w:p w14:paraId="5D9AF59C" w14:textId="77777777" w:rsidR="00073206" w:rsidRDefault="00000000" w:rsidP="00933DEC">
            <w:pPr>
              <w:spacing w:after="0" w:line="360" w:lineRule="auto"/>
            </w:pPr>
            <w:r>
              <w:rPr>
                <w:sz w:val="19"/>
              </w:rPr>
              <w:t>4</w:t>
            </w:r>
          </w:p>
        </w:tc>
        <w:tc>
          <w:tcPr>
            <w:tcW w:w="3218" w:type="pct"/>
            <w:vAlign w:val="center"/>
          </w:tcPr>
          <w:p w14:paraId="1CCD36DE" w14:textId="77777777" w:rsidR="00073206" w:rsidRDefault="00073206" w:rsidP="00933DEC">
            <w:pPr>
              <w:spacing w:after="0" w:line="360" w:lineRule="auto"/>
            </w:pPr>
          </w:p>
        </w:tc>
        <w:tc>
          <w:tcPr>
            <w:tcW w:w="1551" w:type="pct"/>
            <w:vAlign w:val="center"/>
          </w:tcPr>
          <w:p w14:paraId="07BEAA49" w14:textId="77777777" w:rsidR="00073206" w:rsidRDefault="00073206" w:rsidP="00933DEC">
            <w:pPr>
              <w:spacing w:after="0" w:line="360" w:lineRule="auto"/>
            </w:pPr>
          </w:p>
        </w:tc>
      </w:tr>
      <w:tr w:rsidR="00073206" w14:paraId="3C40BE76" w14:textId="77777777" w:rsidTr="008C04FD">
        <w:trPr>
          <w:cantSplit/>
          <w:trHeight w:val="323"/>
          <w:jc w:val="center"/>
        </w:trPr>
        <w:tc>
          <w:tcPr>
            <w:tcW w:w="230" w:type="pct"/>
            <w:vAlign w:val="center"/>
          </w:tcPr>
          <w:p w14:paraId="212B5097" w14:textId="77777777" w:rsidR="00073206" w:rsidRDefault="00000000" w:rsidP="00933DEC">
            <w:pPr>
              <w:spacing w:after="0" w:line="360" w:lineRule="auto"/>
            </w:pPr>
            <w:r>
              <w:rPr>
                <w:sz w:val="19"/>
              </w:rPr>
              <w:t>5</w:t>
            </w:r>
          </w:p>
        </w:tc>
        <w:tc>
          <w:tcPr>
            <w:tcW w:w="3218" w:type="pct"/>
            <w:vAlign w:val="center"/>
          </w:tcPr>
          <w:p w14:paraId="15BF70C6" w14:textId="77777777" w:rsidR="00073206" w:rsidRDefault="00073206" w:rsidP="00933DEC">
            <w:pPr>
              <w:spacing w:after="0" w:line="360" w:lineRule="auto"/>
            </w:pPr>
          </w:p>
        </w:tc>
        <w:tc>
          <w:tcPr>
            <w:tcW w:w="1551" w:type="pct"/>
            <w:vAlign w:val="center"/>
          </w:tcPr>
          <w:p w14:paraId="6C560D15" w14:textId="77777777" w:rsidR="00073206" w:rsidRDefault="00073206" w:rsidP="00933DEC">
            <w:pPr>
              <w:spacing w:after="0" w:line="360" w:lineRule="auto"/>
            </w:pPr>
          </w:p>
        </w:tc>
      </w:tr>
      <w:tr w:rsidR="00073206" w14:paraId="7BF2CE63" w14:textId="77777777" w:rsidTr="008C04FD">
        <w:trPr>
          <w:cantSplit/>
          <w:trHeight w:val="323"/>
          <w:jc w:val="center"/>
        </w:trPr>
        <w:tc>
          <w:tcPr>
            <w:tcW w:w="230" w:type="pct"/>
            <w:vAlign w:val="center"/>
          </w:tcPr>
          <w:p w14:paraId="1AD79AFF" w14:textId="77777777" w:rsidR="00073206" w:rsidRDefault="00000000" w:rsidP="00933DEC">
            <w:pPr>
              <w:spacing w:after="0" w:line="360" w:lineRule="auto"/>
            </w:pPr>
            <w:r>
              <w:rPr>
                <w:sz w:val="19"/>
              </w:rPr>
              <w:t>6</w:t>
            </w:r>
          </w:p>
        </w:tc>
        <w:tc>
          <w:tcPr>
            <w:tcW w:w="3218" w:type="pct"/>
            <w:vAlign w:val="center"/>
          </w:tcPr>
          <w:p w14:paraId="5C61F237" w14:textId="77777777" w:rsidR="00073206" w:rsidRDefault="00073206" w:rsidP="00933DEC">
            <w:pPr>
              <w:spacing w:after="0" w:line="360" w:lineRule="auto"/>
            </w:pPr>
          </w:p>
        </w:tc>
        <w:tc>
          <w:tcPr>
            <w:tcW w:w="1551" w:type="pct"/>
            <w:vAlign w:val="center"/>
          </w:tcPr>
          <w:p w14:paraId="3496100F" w14:textId="77777777" w:rsidR="00073206" w:rsidRDefault="00073206" w:rsidP="00933DEC">
            <w:pPr>
              <w:spacing w:after="0" w:line="360" w:lineRule="auto"/>
            </w:pPr>
          </w:p>
        </w:tc>
      </w:tr>
      <w:tr w:rsidR="00073206" w14:paraId="6E79EE88" w14:textId="77777777" w:rsidTr="008C04FD">
        <w:trPr>
          <w:cantSplit/>
          <w:trHeight w:val="323"/>
          <w:jc w:val="center"/>
        </w:trPr>
        <w:tc>
          <w:tcPr>
            <w:tcW w:w="230" w:type="pct"/>
            <w:vAlign w:val="center"/>
          </w:tcPr>
          <w:p w14:paraId="2CE49BFC" w14:textId="77777777" w:rsidR="00073206" w:rsidRDefault="00000000" w:rsidP="00933DEC">
            <w:pPr>
              <w:spacing w:after="0" w:line="360" w:lineRule="auto"/>
            </w:pPr>
            <w:r>
              <w:rPr>
                <w:sz w:val="19"/>
              </w:rPr>
              <w:t>7</w:t>
            </w:r>
          </w:p>
        </w:tc>
        <w:tc>
          <w:tcPr>
            <w:tcW w:w="3218" w:type="pct"/>
            <w:vAlign w:val="center"/>
          </w:tcPr>
          <w:p w14:paraId="5940DB4D" w14:textId="77777777" w:rsidR="00073206" w:rsidRDefault="00073206" w:rsidP="00933DEC">
            <w:pPr>
              <w:spacing w:after="0" w:line="360" w:lineRule="auto"/>
            </w:pPr>
          </w:p>
        </w:tc>
        <w:tc>
          <w:tcPr>
            <w:tcW w:w="1551" w:type="pct"/>
            <w:vAlign w:val="center"/>
          </w:tcPr>
          <w:p w14:paraId="282A0120" w14:textId="77777777" w:rsidR="00073206" w:rsidRDefault="00073206" w:rsidP="00933DEC">
            <w:pPr>
              <w:spacing w:after="0" w:line="360" w:lineRule="auto"/>
            </w:pPr>
          </w:p>
        </w:tc>
      </w:tr>
      <w:tr w:rsidR="00073206" w14:paraId="382E6AB3" w14:textId="77777777" w:rsidTr="008C04FD">
        <w:trPr>
          <w:cantSplit/>
          <w:trHeight w:val="323"/>
          <w:jc w:val="center"/>
        </w:trPr>
        <w:tc>
          <w:tcPr>
            <w:tcW w:w="230" w:type="pct"/>
            <w:vAlign w:val="center"/>
          </w:tcPr>
          <w:p w14:paraId="56C0C34D" w14:textId="77777777" w:rsidR="00073206" w:rsidRDefault="00000000" w:rsidP="00933DEC">
            <w:pPr>
              <w:spacing w:after="0" w:line="360" w:lineRule="auto"/>
            </w:pPr>
            <w:r>
              <w:rPr>
                <w:sz w:val="19"/>
              </w:rPr>
              <w:lastRenderedPageBreak/>
              <w:t>8</w:t>
            </w:r>
          </w:p>
        </w:tc>
        <w:tc>
          <w:tcPr>
            <w:tcW w:w="3218" w:type="pct"/>
            <w:vAlign w:val="center"/>
          </w:tcPr>
          <w:p w14:paraId="3C115064" w14:textId="77777777" w:rsidR="00073206" w:rsidRDefault="00073206" w:rsidP="00933DEC">
            <w:pPr>
              <w:spacing w:after="0" w:line="360" w:lineRule="auto"/>
            </w:pPr>
          </w:p>
        </w:tc>
        <w:tc>
          <w:tcPr>
            <w:tcW w:w="1551" w:type="pct"/>
            <w:vAlign w:val="center"/>
          </w:tcPr>
          <w:p w14:paraId="7F45E9FC" w14:textId="77777777" w:rsidR="00073206" w:rsidRDefault="00073206" w:rsidP="00933DEC">
            <w:pPr>
              <w:spacing w:after="0" w:line="360" w:lineRule="auto"/>
            </w:pPr>
          </w:p>
        </w:tc>
      </w:tr>
      <w:tr w:rsidR="00073206" w14:paraId="51FF433E" w14:textId="77777777" w:rsidTr="008C04FD">
        <w:trPr>
          <w:cantSplit/>
          <w:trHeight w:val="323"/>
          <w:jc w:val="center"/>
        </w:trPr>
        <w:tc>
          <w:tcPr>
            <w:tcW w:w="230" w:type="pct"/>
            <w:vAlign w:val="center"/>
          </w:tcPr>
          <w:p w14:paraId="67C01C22" w14:textId="77777777" w:rsidR="00073206" w:rsidRDefault="00000000" w:rsidP="00933DEC">
            <w:pPr>
              <w:spacing w:after="0" w:line="360" w:lineRule="auto"/>
            </w:pPr>
            <w:r>
              <w:rPr>
                <w:sz w:val="19"/>
              </w:rPr>
              <w:t>9</w:t>
            </w:r>
          </w:p>
        </w:tc>
        <w:tc>
          <w:tcPr>
            <w:tcW w:w="3218" w:type="pct"/>
            <w:vAlign w:val="center"/>
          </w:tcPr>
          <w:p w14:paraId="50042CA7" w14:textId="77777777" w:rsidR="00073206" w:rsidRDefault="00073206" w:rsidP="00933DEC">
            <w:pPr>
              <w:spacing w:after="0" w:line="360" w:lineRule="auto"/>
            </w:pPr>
          </w:p>
        </w:tc>
        <w:tc>
          <w:tcPr>
            <w:tcW w:w="1551" w:type="pct"/>
            <w:vAlign w:val="center"/>
          </w:tcPr>
          <w:p w14:paraId="4B31D683" w14:textId="77777777" w:rsidR="00073206" w:rsidRDefault="00073206" w:rsidP="00933DEC">
            <w:pPr>
              <w:spacing w:after="0" w:line="360" w:lineRule="auto"/>
            </w:pPr>
          </w:p>
        </w:tc>
      </w:tr>
      <w:tr w:rsidR="00073206" w14:paraId="5ADBA8D7" w14:textId="77777777" w:rsidTr="008C04FD">
        <w:trPr>
          <w:cantSplit/>
          <w:trHeight w:val="323"/>
          <w:jc w:val="center"/>
        </w:trPr>
        <w:tc>
          <w:tcPr>
            <w:tcW w:w="230" w:type="pct"/>
            <w:vAlign w:val="center"/>
          </w:tcPr>
          <w:p w14:paraId="48C391B1" w14:textId="77777777" w:rsidR="00073206" w:rsidRDefault="00000000" w:rsidP="00933DEC">
            <w:pPr>
              <w:spacing w:after="0" w:line="360" w:lineRule="auto"/>
            </w:pPr>
            <w:r>
              <w:rPr>
                <w:sz w:val="19"/>
              </w:rPr>
              <w:t>10</w:t>
            </w:r>
          </w:p>
        </w:tc>
        <w:tc>
          <w:tcPr>
            <w:tcW w:w="3218" w:type="pct"/>
            <w:vAlign w:val="center"/>
          </w:tcPr>
          <w:p w14:paraId="11B909EC" w14:textId="77777777" w:rsidR="00073206" w:rsidRDefault="00073206" w:rsidP="00933DEC">
            <w:pPr>
              <w:spacing w:after="0" w:line="360" w:lineRule="auto"/>
            </w:pPr>
          </w:p>
        </w:tc>
        <w:tc>
          <w:tcPr>
            <w:tcW w:w="1551" w:type="pct"/>
            <w:vAlign w:val="center"/>
          </w:tcPr>
          <w:p w14:paraId="02BE5551" w14:textId="77777777" w:rsidR="00073206" w:rsidRDefault="00073206" w:rsidP="00933DEC">
            <w:pPr>
              <w:spacing w:after="0" w:line="360" w:lineRule="auto"/>
            </w:pPr>
          </w:p>
        </w:tc>
      </w:tr>
      <w:tr w:rsidR="00073206" w14:paraId="573B468D" w14:textId="77777777" w:rsidTr="008C04FD">
        <w:trPr>
          <w:cantSplit/>
          <w:trHeight w:val="323"/>
          <w:jc w:val="center"/>
        </w:trPr>
        <w:tc>
          <w:tcPr>
            <w:tcW w:w="230" w:type="pct"/>
            <w:vAlign w:val="center"/>
          </w:tcPr>
          <w:p w14:paraId="37E92496" w14:textId="77777777" w:rsidR="00073206" w:rsidRDefault="00000000" w:rsidP="00933DEC">
            <w:pPr>
              <w:spacing w:after="0" w:line="360" w:lineRule="auto"/>
            </w:pPr>
            <w:r>
              <w:rPr>
                <w:sz w:val="19"/>
              </w:rPr>
              <w:t>11</w:t>
            </w:r>
          </w:p>
        </w:tc>
        <w:tc>
          <w:tcPr>
            <w:tcW w:w="3218" w:type="pct"/>
            <w:vAlign w:val="center"/>
          </w:tcPr>
          <w:p w14:paraId="062D6F3A" w14:textId="77777777" w:rsidR="00073206" w:rsidRDefault="00073206" w:rsidP="00933DEC">
            <w:pPr>
              <w:spacing w:after="0" w:line="360" w:lineRule="auto"/>
            </w:pPr>
          </w:p>
        </w:tc>
        <w:tc>
          <w:tcPr>
            <w:tcW w:w="1551" w:type="pct"/>
            <w:vAlign w:val="center"/>
          </w:tcPr>
          <w:p w14:paraId="1810CAA8" w14:textId="77777777" w:rsidR="00073206" w:rsidRDefault="00073206" w:rsidP="00933DEC">
            <w:pPr>
              <w:spacing w:after="0" w:line="360" w:lineRule="auto"/>
            </w:pPr>
          </w:p>
        </w:tc>
      </w:tr>
      <w:tr w:rsidR="00073206" w14:paraId="56A556E8" w14:textId="77777777" w:rsidTr="008C04FD">
        <w:trPr>
          <w:cantSplit/>
          <w:trHeight w:val="323"/>
          <w:jc w:val="center"/>
        </w:trPr>
        <w:tc>
          <w:tcPr>
            <w:tcW w:w="230" w:type="pct"/>
            <w:vAlign w:val="center"/>
          </w:tcPr>
          <w:p w14:paraId="180E7FEB" w14:textId="77777777" w:rsidR="00073206" w:rsidRDefault="00000000" w:rsidP="00933DEC">
            <w:pPr>
              <w:spacing w:after="0" w:line="360" w:lineRule="auto"/>
            </w:pPr>
            <w:r>
              <w:rPr>
                <w:sz w:val="19"/>
              </w:rPr>
              <w:t>12</w:t>
            </w:r>
          </w:p>
        </w:tc>
        <w:tc>
          <w:tcPr>
            <w:tcW w:w="3218" w:type="pct"/>
            <w:vAlign w:val="center"/>
          </w:tcPr>
          <w:p w14:paraId="7F4E1509" w14:textId="77777777" w:rsidR="00073206" w:rsidRDefault="00073206" w:rsidP="00933DEC">
            <w:pPr>
              <w:spacing w:after="0" w:line="360" w:lineRule="auto"/>
            </w:pPr>
          </w:p>
        </w:tc>
        <w:tc>
          <w:tcPr>
            <w:tcW w:w="1551" w:type="pct"/>
            <w:vAlign w:val="center"/>
          </w:tcPr>
          <w:p w14:paraId="718A0316" w14:textId="77777777" w:rsidR="00073206" w:rsidRDefault="00073206" w:rsidP="00933DEC">
            <w:pPr>
              <w:spacing w:after="0" w:line="360" w:lineRule="auto"/>
            </w:pPr>
          </w:p>
        </w:tc>
      </w:tr>
    </w:tbl>
    <w:p w14:paraId="2003DC1F" w14:textId="77777777" w:rsidR="00073206" w:rsidRDefault="00000000" w:rsidP="00933DEC">
      <w:pPr>
        <w:spacing w:before="60" w:line="360" w:lineRule="auto"/>
      </w:pPr>
      <w:r>
        <w:rPr>
          <w:sz w:val="18"/>
        </w:rPr>
        <w:t>Acrescente linhas, se necessário.</w:t>
      </w:r>
    </w:p>
    <w:p w14:paraId="044FD59C" w14:textId="77777777" w:rsidR="008C04FD" w:rsidRDefault="008C04FD" w:rsidP="00933DEC">
      <w:pPr>
        <w:spacing w:after="120" w:line="360" w:lineRule="auto"/>
      </w:pPr>
    </w:p>
    <w:p w14:paraId="103A62CC" w14:textId="77777777" w:rsidR="008C04FD" w:rsidRDefault="008C04FD" w:rsidP="00933DEC">
      <w:pPr>
        <w:spacing w:after="120" w:line="360" w:lineRule="auto"/>
      </w:pPr>
    </w:p>
    <w:p w14:paraId="5FB147FA" w14:textId="77777777" w:rsidR="008C04FD" w:rsidRDefault="008C04FD" w:rsidP="00933DEC">
      <w:pPr>
        <w:spacing w:after="120" w:line="360" w:lineRule="auto"/>
      </w:pPr>
    </w:p>
    <w:p w14:paraId="736FB6F7" w14:textId="77777777" w:rsidR="008C04FD" w:rsidRDefault="008C04FD" w:rsidP="00933DEC">
      <w:pPr>
        <w:spacing w:after="120" w:line="360" w:lineRule="auto"/>
      </w:pPr>
    </w:p>
    <w:p w14:paraId="4F2062EF" w14:textId="2F232C85" w:rsidR="00073206" w:rsidRDefault="00000000" w:rsidP="00933DEC">
      <w:pPr>
        <w:spacing w:after="120" w:line="360" w:lineRule="auto"/>
      </w:pPr>
      <w:r>
        <w:t>Confirmo que os dados apresentados estão corretos.</w:t>
      </w:r>
    </w:p>
    <w:p w14:paraId="28804437" w14:textId="77777777" w:rsidR="00073206" w:rsidRDefault="00000000" w:rsidP="00933DEC">
      <w:pPr>
        <w:spacing w:after="0" w:line="360" w:lineRule="auto"/>
      </w:pPr>
      <w:r>
        <w:rPr>
          <w:sz w:val="19"/>
        </w:rPr>
        <w:t>Data: ____ / ____ / ________     Assinatura do responsável: _________________________</w:t>
      </w:r>
    </w:p>
    <w:sectPr w:rsidR="00073206" w:rsidSect="008C04FD">
      <w:headerReference w:type="default" r:id="rId8"/>
      <w:pgSz w:w="11906" w:h="16838"/>
      <w:pgMar w:top="1417" w:right="1701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6039A" w14:textId="77777777" w:rsidR="00AE78A0" w:rsidRDefault="00AE78A0" w:rsidP="008C04FD">
      <w:pPr>
        <w:spacing w:after="0" w:line="240" w:lineRule="auto"/>
      </w:pPr>
      <w:r>
        <w:separator/>
      </w:r>
    </w:p>
  </w:endnote>
  <w:endnote w:type="continuationSeparator" w:id="0">
    <w:p w14:paraId="444D15F3" w14:textId="77777777" w:rsidR="00AE78A0" w:rsidRDefault="00AE78A0" w:rsidP="008C04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60C34" w14:textId="77777777" w:rsidR="00AE78A0" w:rsidRDefault="00AE78A0" w:rsidP="008C04FD">
      <w:pPr>
        <w:spacing w:after="0" w:line="240" w:lineRule="auto"/>
      </w:pPr>
      <w:r>
        <w:separator/>
      </w:r>
    </w:p>
  </w:footnote>
  <w:footnote w:type="continuationSeparator" w:id="0">
    <w:p w14:paraId="26043B28" w14:textId="77777777" w:rsidR="00AE78A0" w:rsidRDefault="00AE78A0" w:rsidP="008C04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6FB17" w14:textId="01F3DF7F" w:rsidR="008C04FD" w:rsidRDefault="008C04FD" w:rsidP="008C04FD">
    <w:pPr>
      <w:pStyle w:val="Cabealho"/>
      <w:jc w:val="center"/>
    </w:pPr>
    <w:r>
      <w:rPr>
        <w:noProof/>
      </w:rPr>
      <w:drawing>
        <wp:inline distT="0" distB="0" distL="0" distR="0" wp14:anchorId="03D1B39A" wp14:editId="0B837F11">
          <wp:extent cx="2427961" cy="542925"/>
          <wp:effectExtent l="0" t="0" r="0" b="0"/>
          <wp:docPr id="185648524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7418" cy="5472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2509AC0" w14:textId="77777777" w:rsidR="008C04FD" w:rsidRDefault="008C04FD" w:rsidP="008C04FD">
    <w:pPr>
      <w:pStyle w:val="Cabealho"/>
      <w:jc w:val="center"/>
    </w:pPr>
  </w:p>
  <w:p w14:paraId="69EC43AE" w14:textId="77777777" w:rsidR="008C04FD" w:rsidRDefault="008C04FD" w:rsidP="008C04FD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mmarc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mmarc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25235620">
    <w:abstractNumId w:val="8"/>
  </w:num>
  <w:num w:numId="2" w16cid:durableId="1723166483">
    <w:abstractNumId w:val="6"/>
  </w:num>
  <w:num w:numId="3" w16cid:durableId="603457991">
    <w:abstractNumId w:val="5"/>
  </w:num>
  <w:num w:numId="4" w16cid:durableId="1870339675">
    <w:abstractNumId w:val="4"/>
  </w:num>
  <w:num w:numId="5" w16cid:durableId="1062406530">
    <w:abstractNumId w:val="7"/>
  </w:num>
  <w:num w:numId="6" w16cid:durableId="522326827">
    <w:abstractNumId w:val="3"/>
  </w:num>
  <w:num w:numId="7" w16cid:durableId="7566377">
    <w:abstractNumId w:val="2"/>
  </w:num>
  <w:num w:numId="8" w16cid:durableId="313800830">
    <w:abstractNumId w:val="1"/>
  </w:num>
  <w:num w:numId="9" w16cid:durableId="971331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3206"/>
    <w:rsid w:val="0015074B"/>
    <w:rsid w:val="0029639D"/>
    <w:rsid w:val="002E6B7E"/>
    <w:rsid w:val="00326F90"/>
    <w:rsid w:val="006B51C6"/>
    <w:rsid w:val="008C04FD"/>
    <w:rsid w:val="00933DEC"/>
    <w:rsid w:val="00AA1D8D"/>
    <w:rsid w:val="00AC7926"/>
    <w:rsid w:val="00AE78A0"/>
    <w:rsid w:val="00B47730"/>
    <w:rsid w:val="00C57CC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F95BEC"/>
  <w14:defaultImageDpi w14:val="300"/>
  <w15:docId w15:val="{688D844F-4F6B-411B-BE56-DE8F28DB3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color w:val="000000"/>
      <w:sz w:val="20"/>
      <w:lang w:val="pt-PT"/>
    </w:rPr>
  </w:style>
  <w:style w:type="paragraph" w:styleId="Ttulo1">
    <w:name w:val="heading 1"/>
    <w:basedOn w:val="Normal"/>
    <w:next w:val="Normal"/>
    <w:link w:val="Ttulo1Carter"/>
    <w:uiPriority w:val="9"/>
    <w:qFormat/>
    <w:rsid w:val="00FC693F"/>
    <w:pPr>
      <w:keepNext/>
      <w:keepLines/>
      <w:spacing w:before="140"/>
      <w:outlineLvl w:val="0"/>
    </w:pPr>
    <w:rPr>
      <w:rFonts w:asciiTheme="majorHAnsi" w:eastAsiaTheme="majorEastAsia" w:hAnsiTheme="majorHAnsi" w:cstheme="majorBidi"/>
      <w:b/>
      <w:bCs/>
      <w:sz w:val="22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FC693F"/>
    <w:pPr>
      <w:keepNext/>
      <w:keepLines/>
      <w:spacing w:before="14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618BF"/>
  </w:style>
  <w:style w:type="paragraph" w:styleId="Rodap">
    <w:name w:val="footer"/>
    <w:basedOn w:val="Normal"/>
    <w:link w:val="Rodap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ter">
    <w:name w:val="Título 1 Caráter"/>
    <w:basedOn w:val="Tipodeletrapredefinidodopargraf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ter"/>
    <w:uiPriority w:val="10"/>
    <w:qFormat/>
    <w:rsid w:val="00FC693F"/>
    <w:pPr>
      <w:spacing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8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C693F"/>
    <w:pPr>
      <w:numPr>
        <w:ilvl w:val="1"/>
      </w:numPr>
      <w:spacing w:before="140"/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arter"/>
    <w:uiPriority w:val="99"/>
    <w:unhideWhenUsed/>
    <w:rsid w:val="00AA1D8D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AA1D8D"/>
  </w:style>
  <w:style w:type="paragraph" w:styleId="Corpodetexto2">
    <w:name w:val="Body Text 2"/>
    <w:basedOn w:val="Normal"/>
    <w:link w:val="Corpodetexto2Carter"/>
    <w:uiPriority w:val="99"/>
    <w:unhideWhenUsed/>
    <w:rsid w:val="00AA1D8D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rsid w:val="00AA1D8D"/>
  </w:style>
  <w:style w:type="paragraph" w:styleId="Corpodetexto3">
    <w:name w:val="Body Text 3"/>
    <w:basedOn w:val="Normal"/>
    <w:link w:val="Corpodetexto3Car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mmarc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ar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arter"/>
    <w:uiPriority w:val="29"/>
    <w:qFormat/>
    <w:rsid w:val="00FC693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Tipodeletrapredefinidodopargrafo"/>
    <w:uiPriority w:val="22"/>
    <w:qFormat/>
    <w:rsid w:val="00FC693F"/>
    <w:rPr>
      <w:b/>
      <w:bCs/>
    </w:rPr>
  </w:style>
  <w:style w:type="character" w:styleId="nfase">
    <w:name w:val="Emphasis"/>
    <w:basedOn w:val="Tipodeletrapredefinidodopargraf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Discreta">
    <w:name w:val="Subtle Emphasis"/>
    <w:basedOn w:val="Tipodeletrapredefinidodopargraf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FC693F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elha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Cor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Cor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Cor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Cor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Cor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Cor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Cor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Cor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Cor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Cor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elha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elhaClara-Cor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elhaClara-Cor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elhaClara-Cor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elhaClara-Cor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elhaClara-Cor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elhaClara-Cor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Cor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Cor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Cor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Cor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Cor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Cor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elha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Mdia1-Cor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Mdia1-Cor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Mdia1-Cor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Mdia1-Cor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Mdia1-Cor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Mdia1-Cor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elha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elhaMdia3-Cor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elhaMdia3-Cor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elhaMdia3-Cor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elhaMdia3-Cor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elhaMdia3-Cor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Cor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Cor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Cor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Cor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Cor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Cor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Cor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Cor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Cor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Cor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Cor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Cor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elha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Colorida-Cor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Colorida-Cor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Colorida-Cor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Colorida-Cor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Colorida-Cor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Colorida-Cor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</Pages>
  <Words>208</Words>
  <Characters>1124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Formulário de inscrição nas competições desportivas dos 20 anos da Uni-CV</vt:lpstr>
      <vt:lpstr/>
    </vt:vector>
  </TitlesOfParts>
  <Manager/>
  <Company/>
  <LinksUpToDate>false</LinksUpToDate>
  <CharactersWithSpaces>1330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Formulário de inscrição nas competições desportivas dos 20 anos da Uni-CV</dc:title>
  <dc:subject>Inscrição de equipas</dc:subject>
  <dc:creator>Universidade de Cabo Verde</dc:creator>
  <cp:keywords/>
  <dc:description>generated by python-docx</dc:description>
  <cp:lastModifiedBy>Uni-CV / Dir. GCI - Ricardo Mendes</cp:lastModifiedBy>
  <cp:revision>2</cp:revision>
  <dcterms:created xsi:type="dcterms:W3CDTF">2026-10-29T20:17:00Z</dcterms:created>
  <dcterms:modified xsi:type="dcterms:W3CDTF">2026-10-29T20:17:00Z</dcterms:modified>
  <cp:category/>
</cp:coreProperties>
</file>